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139"/>
        <w:gridCol w:w="2472"/>
        <w:gridCol w:w="2647"/>
        <w:gridCol w:w="1112"/>
        <w:gridCol w:w="1407"/>
        <w:gridCol w:w="1209"/>
        <w:gridCol w:w="107"/>
      </w:tblGrid>
      <w:tr w:rsidR="00DB148E" w14:paraId="0F5A651E" w14:textId="77777777">
        <w:trPr>
          <w:cantSplit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90" w:type="dxa"/>
            </w:tcMar>
          </w:tcPr>
          <w:p w14:paraId="38F9A634" w14:textId="77777777" w:rsidR="00DB148E" w:rsidRDefault="00000000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E9FDA95" wp14:editId="65916643">
                  <wp:extent cx="522000" cy="524373"/>
                  <wp:effectExtent l="0" t="0" r="0" b="0"/>
                  <wp:docPr id="1" name="Picture 1" descr="Logotip Zveze društev gluhih in naglušnih Slovenije" title="ZDG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e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52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30" w:type="dxa"/>
              <w:bottom w:w="0" w:type="dxa"/>
              <w:right w:w="70" w:type="dxa"/>
            </w:tcMar>
            <w:vAlign w:val="center"/>
          </w:tcPr>
          <w:p w14:paraId="5C69E35E" w14:textId="77777777" w:rsidR="00DB148E" w:rsidRPr="00BD3FEE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BD3FEE">
              <w:rPr>
                <w:b/>
                <w:color w:val="4BACC6" w:themeColor="accent5"/>
                <w:sz w:val="24"/>
                <w:szCs w:val="24"/>
              </w:rPr>
              <w:t>ZVEZA DRUŠTEV GLUHIH IN NAGLUŠNIH SLOVENIJE</w:t>
            </w:r>
          </w:p>
        </w:tc>
        <w:tc>
          <w:tcPr>
            <w:tcW w:w="26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30" w:type="dxa"/>
              <w:bottom w:w="0" w:type="dxa"/>
              <w:right w:w="0" w:type="dxa"/>
            </w:tcMar>
            <w:vAlign w:val="center"/>
          </w:tcPr>
          <w:p w14:paraId="65447C1E" w14:textId="77777777" w:rsidR="00DB148E" w:rsidRDefault="00000000">
            <w:pPr>
              <w:spacing w:after="0" w:line="240" w:lineRule="auto"/>
              <w:jc w:val="right"/>
            </w:pPr>
            <w:r>
              <w:rPr>
                <w:color w:val="687386"/>
                <w:sz w:val="15"/>
              </w:rPr>
              <w:t>Drenikova 24, Ljubljana</w:t>
            </w:r>
            <w:r>
              <w:br/>
            </w:r>
            <w:r>
              <w:rPr>
                <w:color w:val="687386"/>
                <w:sz w:val="15"/>
              </w:rPr>
              <w:t>info@zveza-gns.si</w:t>
            </w:r>
            <w:r>
              <w:br/>
            </w:r>
            <w:r>
              <w:rPr>
                <w:color w:val="687386"/>
                <w:sz w:val="15"/>
              </w:rPr>
              <w:t>01 500 15 00</w:t>
            </w:r>
          </w:p>
        </w:tc>
      </w:tr>
      <w:tr w:rsidR="00DB148E" w14:paraId="56ECCCD8" w14:textId="77777777">
        <w:trPr>
          <w:gridAfter w:val="1"/>
          <w:wAfter w:w="108" w:type="dxa"/>
        </w:trPr>
        <w:tc>
          <w:tcPr>
            <w:tcW w:w="88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E5D7B0" w14:textId="77777777" w:rsidR="00DB148E" w:rsidRDefault="00000000">
            <w:pPr>
              <w:spacing w:before="200" w:after="40" w:line="240" w:lineRule="auto"/>
            </w:pPr>
            <w:r>
              <w:rPr>
                <w:b/>
                <w:color w:val="163A70"/>
                <w:sz w:val="41"/>
              </w:rPr>
              <w:t>FILMSKI FESTIVAL GLUHIH 2026</w:t>
            </w:r>
          </w:p>
          <w:p w14:paraId="21903FB9" w14:textId="50F9BC1C" w:rsidR="00DB148E" w:rsidRDefault="005C712A">
            <w:pPr>
              <w:spacing w:after="80"/>
            </w:pPr>
            <w:r>
              <w:rPr>
                <w:b/>
                <w:color w:val="0799B6"/>
                <w:sz w:val="20"/>
              </w:rPr>
              <w:t>PRIJAVNICA</w:t>
            </w:r>
            <w:r w:rsidR="00000000">
              <w:rPr>
                <w:b/>
                <w:color w:val="0799B6"/>
                <w:sz w:val="20"/>
              </w:rPr>
              <w:t xml:space="preserve"> ZA SODELOVANJE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96C4E" w14:textId="77777777" w:rsidR="00DB148E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160CF3E8" wp14:editId="09F5BD69">
                  <wp:extent cx="522000" cy="522000"/>
                  <wp:effectExtent l="0" t="0" r="0" b="0"/>
                  <wp:docPr id="2" name="Picture 2" descr="Ilustracija filmskega traku" title="Filmski tr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48E" w14:paraId="73C3C075" w14:textId="77777777">
        <w:trPr>
          <w:cantSplit/>
        </w:trPr>
        <w:tc>
          <w:tcPr>
            <w:tcW w:w="3650" w:type="dxa"/>
            <w:gridSpan w:val="2"/>
            <w:tcBorders>
              <w:top w:val="single" w:sz="6" w:space="0" w:color="C9D5E6"/>
              <w:left w:val="single" w:sz="6" w:space="0" w:color="C9D5E6"/>
              <w:bottom w:val="single" w:sz="6" w:space="0" w:color="C9D5E6"/>
              <w:right w:val="single" w:sz="6" w:space="0" w:color="C9D5E6"/>
            </w:tcBorders>
            <w:shd w:val="clear" w:color="auto" w:fill="EAF2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557B5282" w14:textId="77777777" w:rsidR="00DB148E" w:rsidRDefault="00000000">
            <w:pPr>
              <w:spacing w:after="0" w:line="240" w:lineRule="auto"/>
            </w:pPr>
            <w:r>
              <w:rPr>
                <w:b/>
                <w:color w:val="2F6FED"/>
                <w:sz w:val="15"/>
              </w:rPr>
              <w:t>DATUM</w:t>
            </w:r>
          </w:p>
          <w:p w14:paraId="77192F79" w14:textId="77777777" w:rsidR="00DB148E" w:rsidRDefault="00000000">
            <w:pPr>
              <w:spacing w:before="40" w:after="0" w:line="240" w:lineRule="auto"/>
            </w:pPr>
            <w:r>
              <w:rPr>
                <w:b/>
                <w:color w:val="163A70"/>
                <w:sz w:val="19"/>
              </w:rPr>
              <w:t>sobota, 17. oktober 2026</w:t>
            </w:r>
          </w:p>
        </w:tc>
        <w:tc>
          <w:tcPr>
            <w:tcW w:w="2675" w:type="dxa"/>
            <w:tcBorders>
              <w:top w:val="single" w:sz="6" w:space="0" w:color="C9D5E6"/>
              <w:left w:val="single" w:sz="6" w:space="0" w:color="C9D5E6"/>
              <w:bottom w:val="single" w:sz="6" w:space="0" w:color="C9D5E6"/>
              <w:right w:val="single" w:sz="6" w:space="0" w:color="C9D5E6"/>
            </w:tcBorders>
            <w:shd w:val="clear" w:color="auto" w:fill="EAF8FA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1C3F2487" w14:textId="77777777" w:rsidR="00DB148E" w:rsidRDefault="00000000">
            <w:pPr>
              <w:spacing w:after="0" w:line="240" w:lineRule="auto"/>
            </w:pPr>
            <w:r>
              <w:rPr>
                <w:b/>
                <w:color w:val="2F6FED"/>
                <w:sz w:val="15"/>
              </w:rPr>
              <w:t>KRAJ</w:t>
            </w:r>
          </w:p>
          <w:p w14:paraId="3D69145A" w14:textId="77777777" w:rsidR="00DB148E" w:rsidRDefault="00000000">
            <w:pPr>
              <w:spacing w:before="40" w:after="0" w:line="240" w:lineRule="auto"/>
            </w:pPr>
            <w:r>
              <w:rPr>
                <w:b/>
                <w:color w:val="163A70"/>
                <w:sz w:val="19"/>
              </w:rPr>
              <w:t>Dravograd</w:t>
            </w:r>
          </w:p>
        </w:tc>
        <w:tc>
          <w:tcPr>
            <w:tcW w:w="3768" w:type="dxa"/>
            <w:gridSpan w:val="4"/>
            <w:tcBorders>
              <w:top w:val="single" w:sz="6" w:space="0" w:color="C9D5E6"/>
              <w:left w:val="single" w:sz="6" w:space="0" w:color="C9D5E6"/>
              <w:bottom w:val="single" w:sz="6" w:space="0" w:color="C9D5E6"/>
              <w:right w:val="single" w:sz="6" w:space="0" w:color="C9D5E6"/>
            </w:tcBorders>
            <w:shd w:val="clear" w:color="auto" w:fill="EAF2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033E9B36" w14:textId="77777777" w:rsidR="00DB148E" w:rsidRDefault="00000000">
            <w:pPr>
              <w:spacing w:after="0" w:line="240" w:lineRule="auto"/>
            </w:pPr>
            <w:r>
              <w:rPr>
                <w:b/>
                <w:color w:val="2F6FED"/>
                <w:sz w:val="15"/>
              </w:rPr>
              <w:t>ORGANIZATOR</w:t>
            </w:r>
          </w:p>
          <w:p w14:paraId="13D52A48" w14:textId="77777777" w:rsidR="00DB148E" w:rsidRDefault="00000000">
            <w:pPr>
              <w:spacing w:before="40" w:after="0" w:line="240" w:lineRule="auto"/>
            </w:pPr>
            <w:r>
              <w:rPr>
                <w:b/>
                <w:color w:val="163A70"/>
                <w:sz w:val="19"/>
              </w:rPr>
              <w:t>DGN Koroške</w:t>
            </w:r>
          </w:p>
        </w:tc>
      </w:tr>
    </w:tbl>
    <w:p w14:paraId="37BB311B" w14:textId="77777777" w:rsidR="00DB148E" w:rsidRDefault="00000000">
      <w:pPr>
        <w:pStyle w:val="Naslov2"/>
        <w:pBdr>
          <w:bottom w:val="single" w:sz="10" w:space="1" w:color="2F6FED"/>
        </w:pBdr>
        <w:spacing w:before="120" w:after="80"/>
      </w:pPr>
      <w:r>
        <w:rPr>
          <w:rFonts w:ascii="Calibri" w:hAnsi="Calibri"/>
          <w:color w:val="163A70"/>
          <w:sz w:val="23"/>
        </w:rPr>
        <w:t>PODATKI O PRIJAVITELJU</w:t>
      </w:r>
    </w:p>
    <w:tbl>
      <w:tblPr>
        <w:tblW w:w="10093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046"/>
        <w:gridCol w:w="5047"/>
      </w:tblGrid>
      <w:tr w:rsidR="00DB148E" w14:paraId="17EB5F44" w14:textId="77777777">
        <w:trPr>
          <w:cantSplit/>
        </w:trPr>
        <w:tc>
          <w:tcPr>
            <w:tcW w:w="100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2357A22A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Društvo / organizacija</w:t>
            </w:r>
          </w:p>
          <w:p w14:paraId="73F4F86D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t xml:space="preserve"> </w:t>
            </w:r>
          </w:p>
        </w:tc>
      </w:tr>
      <w:tr w:rsidR="00DB148E" w14:paraId="3E6B4B4F" w14:textId="77777777">
        <w:trPr>
          <w:cantSplit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3BB27C4F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Odgovorna oseba</w:t>
            </w:r>
          </w:p>
          <w:p w14:paraId="4957BCEA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t xml:space="preserve"> 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45F72B28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Funkcija</w:t>
            </w:r>
          </w:p>
          <w:p w14:paraId="363F88AE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t xml:space="preserve"> </w:t>
            </w:r>
          </w:p>
        </w:tc>
      </w:tr>
    </w:tbl>
    <w:p w14:paraId="3534F635" w14:textId="77777777" w:rsidR="00DB148E" w:rsidRDefault="00000000">
      <w:pPr>
        <w:pStyle w:val="Naslov2"/>
        <w:pBdr>
          <w:bottom w:val="single" w:sz="10" w:space="1" w:color="2F6FED"/>
        </w:pBdr>
        <w:spacing w:before="120" w:after="80"/>
      </w:pPr>
      <w:r>
        <w:rPr>
          <w:rFonts w:ascii="Calibri" w:hAnsi="Calibri"/>
          <w:color w:val="163A70"/>
          <w:sz w:val="23"/>
        </w:rPr>
        <w:t>PODATKI O FILMU</w:t>
      </w:r>
    </w:p>
    <w:tbl>
      <w:tblPr>
        <w:tblW w:w="10093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6715"/>
        <w:gridCol w:w="3358"/>
        <w:gridCol w:w="20"/>
      </w:tblGrid>
      <w:tr w:rsidR="00DB148E" w14:paraId="479F9B57" w14:textId="77777777">
        <w:trPr>
          <w:cantSplit/>
        </w:trPr>
        <w:tc>
          <w:tcPr>
            <w:tcW w:w="100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4BD6274B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Naslov filma</w:t>
            </w:r>
          </w:p>
          <w:p w14:paraId="71AE527E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t xml:space="preserve"> </w:t>
            </w:r>
          </w:p>
        </w:tc>
      </w:tr>
      <w:tr w:rsidR="00DB148E" w14:paraId="0A589598" w14:textId="77777777">
        <w:trPr>
          <w:cantSplit/>
        </w:trPr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51174447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Avtor/-ica ali režiser/-ka</w:t>
            </w:r>
          </w:p>
          <w:p w14:paraId="04A3324F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t xml:space="preserve"> </w:t>
            </w:r>
          </w:p>
        </w:tc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03CDC45D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Dolžina filma</w:t>
            </w:r>
          </w:p>
          <w:p w14:paraId="07F2D817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rPr>
                <w:i/>
                <w:color w:val="9AA4B2"/>
                <w:sz w:val="19"/>
              </w:rPr>
              <w:t>_____ minut</w:t>
            </w:r>
          </w:p>
        </w:tc>
      </w:tr>
      <w:tr w:rsidR="00DB148E" w14:paraId="4523BF90" w14:textId="77777777">
        <w:trPr>
          <w:cantSplit/>
        </w:trPr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036F9448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Jezik filma</w:t>
            </w:r>
          </w:p>
          <w:p w14:paraId="6A983A23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rPr>
                <w:i/>
                <w:color w:val="9AA4B2"/>
                <w:sz w:val="19"/>
              </w:rPr>
              <w:t>( ) SZJ   ( ) govorjeni jezik   ( ) brez dialoga</w:t>
            </w:r>
          </w:p>
        </w:tc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6CFB4274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Podnapisi</w:t>
            </w:r>
          </w:p>
          <w:p w14:paraId="7E315200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rPr>
                <w:i/>
                <w:color w:val="9AA4B2"/>
                <w:sz w:val="19"/>
              </w:rPr>
              <w:t>( ) DA   ( ) NE</w:t>
            </w:r>
          </w:p>
        </w:tc>
      </w:tr>
      <w:tr w:rsidR="00DB148E" w14:paraId="293C11CD" w14:textId="77777777">
        <w:trPr>
          <w:gridAfter w:val="1"/>
          <w:wAfter w:w="20" w:type="dxa"/>
          <w:cantSplit/>
        </w:trPr>
        <w:tc>
          <w:tcPr>
            <w:tcW w:w="10093" w:type="dxa"/>
            <w:gridSpan w:val="2"/>
            <w:tcBorders>
              <w:top w:val="single" w:sz="6" w:space="0" w:color="C9D5E6"/>
              <w:left w:val="single" w:sz="6" w:space="0" w:color="C9D5E6"/>
              <w:bottom w:val="single" w:sz="6" w:space="0" w:color="C9D5E6"/>
              <w:right w:val="single" w:sz="6" w:space="0" w:color="C9D5E6"/>
            </w:tcBorders>
            <w:shd w:val="clear" w:color="auto" w:fill="F4F6F9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78D101" w14:textId="77777777" w:rsidR="00DB148E" w:rsidRDefault="00000000">
            <w:pPr>
              <w:spacing w:after="0" w:line="240" w:lineRule="auto"/>
            </w:pPr>
            <w:r>
              <w:rPr>
                <w:b/>
                <w:color w:val="687386"/>
                <w:sz w:val="17"/>
              </w:rPr>
              <w:t>KRATEK OPIS FILMA</w:t>
            </w:r>
          </w:p>
          <w:p w14:paraId="40F6D719" w14:textId="77777777" w:rsidR="00DB148E" w:rsidRDefault="00000000">
            <w:pPr>
              <w:pBdr>
                <w:bottom w:val="single" w:sz="6" w:space="1" w:color="C9D5E6"/>
              </w:pBdr>
              <w:spacing w:before="20" w:after="40"/>
            </w:pPr>
            <w:r>
              <w:t xml:space="preserve"> </w:t>
            </w:r>
          </w:p>
          <w:p w14:paraId="58A6BBB6" w14:textId="77777777" w:rsidR="00DB148E" w:rsidRDefault="00000000">
            <w:pPr>
              <w:pBdr>
                <w:bottom w:val="single" w:sz="6" w:space="1" w:color="C9D5E6"/>
              </w:pBdr>
              <w:spacing w:before="20" w:after="40"/>
            </w:pPr>
            <w:r>
              <w:t xml:space="preserve"> </w:t>
            </w:r>
          </w:p>
          <w:p w14:paraId="0F7C28F6" w14:textId="77777777" w:rsidR="00DB148E" w:rsidRDefault="00000000">
            <w:pPr>
              <w:pBdr>
                <w:bottom w:val="single" w:sz="6" w:space="1" w:color="C9D5E6"/>
              </w:pBdr>
              <w:spacing w:before="20" w:after="40"/>
            </w:pPr>
            <w:r>
              <w:t xml:space="preserve"> </w:t>
            </w:r>
          </w:p>
        </w:tc>
      </w:tr>
    </w:tbl>
    <w:p w14:paraId="0083B44D" w14:textId="77777777" w:rsidR="00DB148E" w:rsidRDefault="00000000">
      <w:pPr>
        <w:pStyle w:val="Naslov2"/>
        <w:pBdr>
          <w:bottom w:val="single" w:sz="10" w:space="1" w:color="2F6FED"/>
        </w:pBdr>
        <w:spacing w:before="120" w:after="80"/>
      </w:pPr>
      <w:r>
        <w:rPr>
          <w:rFonts w:ascii="Calibri" w:hAnsi="Calibri"/>
          <w:color w:val="163A70"/>
          <w:sz w:val="23"/>
        </w:rPr>
        <w:t>KONTAKTNA OSEBA</w:t>
      </w:r>
    </w:p>
    <w:tbl>
      <w:tblPr>
        <w:tblW w:w="10093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046"/>
        <w:gridCol w:w="5047"/>
      </w:tblGrid>
      <w:tr w:rsidR="00DB148E" w14:paraId="505475D2" w14:textId="77777777">
        <w:trPr>
          <w:cantSplit/>
        </w:trPr>
        <w:tc>
          <w:tcPr>
            <w:tcW w:w="100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57A8A4BE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Ime in priimek</w:t>
            </w:r>
          </w:p>
          <w:p w14:paraId="7BC504C2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t xml:space="preserve"> </w:t>
            </w:r>
          </w:p>
        </w:tc>
      </w:tr>
      <w:tr w:rsidR="00DB148E" w14:paraId="72294CE0" w14:textId="77777777">
        <w:trPr>
          <w:cantSplit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5338D021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E-naslov</w:t>
            </w:r>
          </w:p>
          <w:p w14:paraId="45956FD5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t xml:space="preserve"> 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10F02329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Telefon</w:t>
            </w:r>
          </w:p>
          <w:p w14:paraId="67819B22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t xml:space="preserve"> </w:t>
            </w:r>
          </w:p>
        </w:tc>
      </w:tr>
    </w:tbl>
    <w:p w14:paraId="3577324C" w14:textId="77777777" w:rsidR="00DB148E" w:rsidRDefault="00000000">
      <w:pPr>
        <w:pStyle w:val="Naslov2"/>
        <w:pBdr>
          <w:bottom w:val="single" w:sz="10" w:space="1" w:color="2F6FED"/>
        </w:pBdr>
        <w:spacing w:before="120" w:after="80"/>
      </w:pPr>
      <w:r>
        <w:rPr>
          <w:rFonts w:ascii="Calibri" w:hAnsi="Calibri"/>
          <w:color w:val="163A70"/>
          <w:sz w:val="23"/>
        </w:rPr>
        <w:t>POTRDITEV</w:t>
      </w:r>
    </w:p>
    <w:p w14:paraId="38D17071" w14:textId="77777777" w:rsidR="00DB148E" w:rsidRDefault="00000000">
      <w:pPr>
        <w:keepNext/>
        <w:spacing w:after="80" w:line="276" w:lineRule="auto"/>
      </w:pPr>
      <w:r>
        <w:rPr>
          <w:color w:val="687386"/>
          <w:sz w:val="18"/>
        </w:rPr>
        <w:t>Potrjujemo prijavo navedenega filma in dovoljujemo njegovo predvajanje v okviru Filmskega festivala gluhih 2026.</w:t>
      </w:r>
    </w:p>
    <w:tbl>
      <w:tblPr>
        <w:tblW w:w="10093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046"/>
        <w:gridCol w:w="5047"/>
      </w:tblGrid>
      <w:tr w:rsidR="00DB148E" w14:paraId="324A8B3E" w14:textId="77777777">
        <w:trPr>
          <w:cantSplit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55D368EE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Kraj in datum</w:t>
            </w:r>
          </w:p>
          <w:p w14:paraId="2A6D500C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t xml:space="preserve"> 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80" w:type="dxa"/>
              <w:right w:w="100" w:type="dxa"/>
            </w:tcMar>
            <w:vAlign w:val="center"/>
          </w:tcPr>
          <w:p w14:paraId="3EA4B12E" w14:textId="77777777" w:rsidR="00DB148E" w:rsidRDefault="00000000">
            <w:pPr>
              <w:spacing w:after="60" w:line="240" w:lineRule="auto"/>
            </w:pPr>
            <w:r>
              <w:rPr>
                <w:b/>
                <w:color w:val="687386"/>
                <w:sz w:val="17"/>
              </w:rPr>
              <w:t>Podpis odgovorne osebe</w:t>
            </w:r>
          </w:p>
          <w:p w14:paraId="4F2DFCDD" w14:textId="77777777" w:rsidR="00DB148E" w:rsidRDefault="00000000">
            <w:pPr>
              <w:pBdr>
                <w:bottom w:val="single" w:sz="8" w:space="1" w:color="C9D5E6"/>
              </w:pBdr>
              <w:spacing w:after="0" w:line="240" w:lineRule="auto"/>
            </w:pPr>
            <w:r>
              <w:t xml:space="preserve"> </w:t>
            </w:r>
          </w:p>
        </w:tc>
      </w:tr>
    </w:tbl>
    <w:p w14:paraId="57BA3BFC" w14:textId="2C4D3185" w:rsidR="00D03FF2" w:rsidRPr="00D03FF2" w:rsidRDefault="00BD3FEE" w:rsidP="00D03FF2">
      <w:pPr>
        <w:spacing w:after="0" w:line="240" w:lineRule="auto"/>
        <w:jc w:val="center"/>
        <w:rPr>
          <w:bCs/>
          <w:color w:val="163A70"/>
          <w:sz w:val="18"/>
        </w:rPr>
      </w:pPr>
      <w:r w:rsidRPr="00D03FF2">
        <w:rPr>
          <w:bCs/>
          <w:color w:val="163A70"/>
          <w:sz w:val="18"/>
        </w:rPr>
        <w:t xml:space="preserve">Izpolnjeno prijavo pošljite </w:t>
      </w:r>
      <w:r w:rsidR="008A2462" w:rsidRPr="00D03FF2">
        <w:rPr>
          <w:bCs/>
          <w:color w:val="163A70"/>
          <w:sz w:val="18"/>
        </w:rPr>
        <w:t xml:space="preserve">do 9. oktobra 2026 </w:t>
      </w:r>
      <w:r w:rsidRPr="00D03FF2">
        <w:rPr>
          <w:bCs/>
          <w:color w:val="163A70"/>
          <w:sz w:val="18"/>
        </w:rPr>
        <w:t>organizatorju DGN Koroške</w:t>
      </w:r>
      <w:r w:rsidR="008A2462" w:rsidRPr="00D03FF2">
        <w:rPr>
          <w:bCs/>
          <w:color w:val="163A70"/>
          <w:sz w:val="18"/>
        </w:rPr>
        <w:t xml:space="preserve"> na elektronsko pošto: </w:t>
      </w:r>
      <w:hyperlink r:id="rId10" w:history="1">
        <w:r w:rsidR="00D03FF2" w:rsidRPr="00D03FF2">
          <w:rPr>
            <w:rStyle w:val="Hiperpovezava"/>
            <w:bCs/>
            <w:sz w:val="18"/>
          </w:rPr>
          <w:t>dgn.koroske@drustvogink.si</w:t>
        </w:r>
      </w:hyperlink>
      <w:bookmarkStart w:id="0" w:name="x__Hlk36039662"/>
    </w:p>
    <w:p w14:paraId="6A1487C4" w14:textId="7F4FD8A1" w:rsidR="00D03FF2" w:rsidRPr="00D03FF2" w:rsidRDefault="00D03FF2" w:rsidP="00D03FF2">
      <w:pPr>
        <w:spacing w:after="0" w:line="240" w:lineRule="auto"/>
        <w:jc w:val="center"/>
        <w:rPr>
          <w:bCs/>
          <w:color w:val="163A70"/>
          <w:sz w:val="18"/>
          <w:lang w:val="sl-SI"/>
        </w:rPr>
      </w:pPr>
      <w:r w:rsidRPr="00D03FF2">
        <w:rPr>
          <w:bCs/>
          <w:color w:val="163A70"/>
          <w:sz w:val="18"/>
          <w:lang w:val="sl-SI"/>
        </w:rPr>
        <w:t>F</w:t>
      </w:r>
      <w:r w:rsidRPr="00D03FF2">
        <w:rPr>
          <w:bCs/>
          <w:color w:val="163A70"/>
          <w:sz w:val="18"/>
          <w:lang w:val="sl-SI"/>
        </w:rPr>
        <w:t>ilm</w:t>
      </w:r>
      <w:r w:rsidRPr="00D03FF2">
        <w:rPr>
          <w:bCs/>
          <w:color w:val="163A70"/>
          <w:sz w:val="18"/>
          <w:lang w:val="sl-SI"/>
        </w:rPr>
        <w:t>i</w:t>
      </w:r>
      <w:r w:rsidRPr="00D03FF2">
        <w:rPr>
          <w:bCs/>
          <w:color w:val="163A70"/>
          <w:sz w:val="18"/>
          <w:lang w:val="sl-SI"/>
        </w:rPr>
        <w:t xml:space="preserve"> morajo biti v formatu MP4</w:t>
      </w:r>
      <w:r>
        <w:rPr>
          <w:bCs/>
          <w:color w:val="163A70"/>
          <w:sz w:val="18"/>
          <w:lang w:val="sl-SI"/>
        </w:rPr>
        <w:t>. Filme</w:t>
      </w:r>
      <w:r w:rsidRPr="00D03FF2">
        <w:rPr>
          <w:bCs/>
          <w:color w:val="163A70"/>
          <w:sz w:val="18"/>
          <w:lang w:val="sl-SI"/>
        </w:rPr>
        <w:t xml:space="preserve"> </w:t>
      </w:r>
      <w:r w:rsidRPr="00D03FF2">
        <w:rPr>
          <w:bCs/>
          <w:color w:val="163A70"/>
          <w:sz w:val="18"/>
          <w:lang w:val="sl-SI"/>
        </w:rPr>
        <w:t>je treba poslati najpozneje do 14. oktobra 2026, in sicer na enega od naslednjih načinov:</w:t>
      </w:r>
      <w:bookmarkEnd w:id="0"/>
      <w:r w:rsidRPr="00D03FF2">
        <w:rPr>
          <w:bCs/>
          <w:color w:val="163A70"/>
          <w:sz w:val="18"/>
          <w:lang w:val="sl-SI"/>
        </w:rPr>
        <w:t> </w:t>
      </w:r>
    </w:p>
    <w:p w14:paraId="30A952A8" w14:textId="347D1368" w:rsidR="00D03FF2" w:rsidRPr="00D03FF2" w:rsidRDefault="00D03FF2" w:rsidP="00D03FF2">
      <w:pPr>
        <w:pStyle w:val="Odstavekseznama"/>
        <w:numPr>
          <w:ilvl w:val="0"/>
          <w:numId w:val="11"/>
        </w:numPr>
        <w:spacing w:after="0" w:line="240" w:lineRule="auto"/>
        <w:rPr>
          <w:bCs/>
          <w:color w:val="163A70"/>
          <w:sz w:val="18"/>
          <w:lang w:val="sl-SI"/>
        </w:rPr>
      </w:pPr>
      <w:r w:rsidRPr="00D03FF2">
        <w:rPr>
          <w:bCs/>
          <w:color w:val="163A70"/>
          <w:sz w:val="18"/>
          <w:lang w:val="sl-SI"/>
        </w:rPr>
        <w:t>n</w:t>
      </w:r>
      <w:r w:rsidRPr="00D03FF2">
        <w:rPr>
          <w:bCs/>
          <w:color w:val="163A70"/>
          <w:sz w:val="18"/>
          <w:lang w:val="sl-SI"/>
        </w:rPr>
        <w:t>a USB ključku po pošti na naslov:</w:t>
      </w:r>
      <w:r w:rsidRPr="00D03FF2">
        <w:rPr>
          <w:bCs/>
          <w:color w:val="163A70"/>
          <w:sz w:val="18"/>
          <w:lang w:val="sl-SI"/>
        </w:rPr>
        <w:t xml:space="preserve"> </w:t>
      </w:r>
      <w:r>
        <w:rPr>
          <w:bCs/>
          <w:color w:val="163A70"/>
          <w:sz w:val="18"/>
          <w:lang w:val="sl-SI"/>
        </w:rPr>
        <w:t xml:space="preserve">DGN Koroške, </w:t>
      </w:r>
      <w:r w:rsidRPr="00D03FF2">
        <w:rPr>
          <w:bCs/>
          <w:color w:val="163A70"/>
          <w:sz w:val="18"/>
          <w:lang w:val="sl-SI"/>
        </w:rPr>
        <w:t>Trg 4. julija 26, 2370 Dravograd</w:t>
      </w:r>
    </w:p>
    <w:p w14:paraId="6AD4B272" w14:textId="5ECA4A7C" w:rsidR="00D03FF2" w:rsidRPr="00D03FF2" w:rsidRDefault="00D03FF2" w:rsidP="00D03FF2">
      <w:pPr>
        <w:pStyle w:val="Odstavekseznama"/>
        <w:numPr>
          <w:ilvl w:val="0"/>
          <w:numId w:val="11"/>
        </w:numPr>
        <w:spacing w:after="0" w:line="240" w:lineRule="auto"/>
        <w:rPr>
          <w:bCs/>
          <w:color w:val="163A70"/>
          <w:sz w:val="18"/>
          <w:lang w:val="sl-SI"/>
        </w:rPr>
      </w:pPr>
      <w:r w:rsidRPr="00D03FF2">
        <w:rPr>
          <w:bCs/>
          <w:color w:val="163A70"/>
          <w:sz w:val="18"/>
          <w:lang w:val="sl-SI"/>
        </w:rPr>
        <w:t>a</w:t>
      </w:r>
      <w:r w:rsidRPr="00D03FF2">
        <w:rPr>
          <w:bCs/>
          <w:color w:val="163A70"/>
          <w:sz w:val="18"/>
          <w:lang w:val="sl-SI"/>
        </w:rPr>
        <w:t xml:space="preserve">li prek </w:t>
      </w:r>
      <w:r>
        <w:rPr>
          <w:bCs/>
          <w:color w:val="163A70"/>
          <w:sz w:val="18"/>
          <w:lang w:val="sl-SI"/>
        </w:rPr>
        <w:t>spletne platforme</w:t>
      </w:r>
      <w:r w:rsidRPr="00D03FF2">
        <w:rPr>
          <w:bCs/>
          <w:color w:val="163A70"/>
          <w:sz w:val="18"/>
          <w:lang w:val="sl-SI"/>
        </w:rPr>
        <w:t xml:space="preserve"> WeTransfer, tako da povezavo za prenos filma pošljete na </w:t>
      </w:r>
      <w:r>
        <w:rPr>
          <w:bCs/>
          <w:color w:val="163A70"/>
          <w:sz w:val="18"/>
          <w:lang w:val="sl-SI"/>
        </w:rPr>
        <w:t>elektronsko pošto društva</w:t>
      </w:r>
    </w:p>
    <w:p w14:paraId="70CCA502" w14:textId="7B0B35D7" w:rsidR="00DB148E" w:rsidRDefault="00DB148E" w:rsidP="00BD3FEE">
      <w:pPr>
        <w:spacing w:before="120" w:after="0" w:line="276" w:lineRule="auto"/>
        <w:jc w:val="center"/>
      </w:pPr>
    </w:p>
    <w:tbl>
      <w:tblPr>
        <w:tblW w:w="6096" w:type="dxa"/>
        <w:tblLayout w:type="fixed"/>
        <w:tblLook w:val="04A0" w:firstRow="1" w:lastRow="0" w:firstColumn="1" w:lastColumn="0" w:noHBand="0" w:noVBand="1"/>
      </w:tblPr>
      <w:tblGrid>
        <w:gridCol w:w="1726"/>
        <w:gridCol w:w="4370"/>
      </w:tblGrid>
      <w:tr w:rsidR="00BD3FEE" w14:paraId="600DA7EF" w14:textId="77777777" w:rsidTr="00BD3FEE">
        <w:trPr>
          <w:cantSplit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0" w:type="dxa"/>
              <w:bottom w:w="0" w:type="dxa"/>
              <w:right w:w="0" w:type="dxa"/>
            </w:tcMar>
          </w:tcPr>
          <w:p w14:paraId="75E3359C" w14:textId="3DF8D60F" w:rsidR="00BD3FEE" w:rsidRDefault="00BD3FEE" w:rsidP="00BD3FEE">
            <w:pPr>
              <w:spacing w:after="0" w:line="240" w:lineRule="auto"/>
              <w:jc w:val="center"/>
            </w:pP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tcMar>
              <w:top w:w="65" w:type="dxa"/>
              <w:left w:w="0" w:type="dxa"/>
              <w:bottom w:w="0" w:type="dxa"/>
              <w:right w:w="110" w:type="dxa"/>
            </w:tcMar>
            <w:vAlign w:val="center"/>
          </w:tcPr>
          <w:p w14:paraId="288C937D" w14:textId="781D7914" w:rsidR="00BD3FEE" w:rsidRDefault="00D03FF2" w:rsidP="00BD3FEE">
            <w:pPr>
              <w:spacing w:before="80"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3702C7A" wp14:editId="6FFA981F">
                  <wp:simplePos x="0" y="0"/>
                  <wp:positionH relativeFrom="column">
                    <wp:posOffset>1331595</wp:posOffset>
                  </wp:positionH>
                  <wp:positionV relativeFrom="paragraph">
                    <wp:posOffset>-97790</wp:posOffset>
                  </wp:positionV>
                  <wp:extent cx="1126490" cy="538480"/>
                  <wp:effectExtent l="0" t="0" r="0" b="0"/>
                  <wp:wrapNone/>
                  <wp:docPr id="3" name="Picture 3" descr="Logotip Fundacije za financiranje invalidskih in humanitarnih organizacij v Republiki Sloveniji" title="FIH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ho-logo-header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53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6F06002" w14:textId="77777777" w:rsidR="003E1A0B" w:rsidRDefault="003E1A0B"/>
    <w:sectPr w:rsidR="003E1A0B" w:rsidSect="00034616">
      <w:footerReference w:type="default" r:id="rId12"/>
      <w:pgSz w:w="11906" w:h="16838"/>
      <w:pgMar w:top="765" w:right="907" w:bottom="709" w:left="907" w:header="34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B5B11" w14:textId="77777777" w:rsidR="009E509E" w:rsidRDefault="009E509E">
      <w:pPr>
        <w:spacing w:after="0" w:line="240" w:lineRule="auto"/>
      </w:pPr>
      <w:r>
        <w:separator/>
      </w:r>
    </w:p>
  </w:endnote>
  <w:endnote w:type="continuationSeparator" w:id="0">
    <w:p w14:paraId="1DA84A72" w14:textId="77777777" w:rsidR="009E509E" w:rsidRDefault="009E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57E1" w14:textId="3478029C" w:rsidR="00DB148E" w:rsidRDefault="00DB148E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16463" w14:textId="77777777" w:rsidR="009E509E" w:rsidRDefault="009E509E">
      <w:pPr>
        <w:spacing w:after="0" w:line="240" w:lineRule="auto"/>
      </w:pPr>
      <w:r>
        <w:separator/>
      </w:r>
    </w:p>
  </w:footnote>
  <w:footnote w:type="continuationSeparator" w:id="0">
    <w:p w14:paraId="15EB76C1" w14:textId="77777777" w:rsidR="009E509E" w:rsidRDefault="009E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C4678"/>
    <w:multiLevelType w:val="hybridMultilevel"/>
    <w:tmpl w:val="EEC80C78"/>
    <w:lvl w:ilvl="0" w:tplc="E4845914">
      <w:start w:val="5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8C7EE5"/>
    <w:multiLevelType w:val="multilevel"/>
    <w:tmpl w:val="F584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1772637">
    <w:abstractNumId w:val="8"/>
  </w:num>
  <w:num w:numId="2" w16cid:durableId="1514606325">
    <w:abstractNumId w:val="6"/>
  </w:num>
  <w:num w:numId="3" w16cid:durableId="1345785748">
    <w:abstractNumId w:val="5"/>
  </w:num>
  <w:num w:numId="4" w16cid:durableId="464935870">
    <w:abstractNumId w:val="4"/>
  </w:num>
  <w:num w:numId="5" w16cid:durableId="934441837">
    <w:abstractNumId w:val="7"/>
  </w:num>
  <w:num w:numId="6" w16cid:durableId="1088964098">
    <w:abstractNumId w:val="3"/>
  </w:num>
  <w:num w:numId="7" w16cid:durableId="2030370941">
    <w:abstractNumId w:val="2"/>
  </w:num>
  <w:num w:numId="8" w16cid:durableId="392240914">
    <w:abstractNumId w:val="1"/>
  </w:num>
  <w:num w:numId="9" w16cid:durableId="367414835">
    <w:abstractNumId w:val="0"/>
  </w:num>
  <w:num w:numId="10" w16cid:durableId="1308121365">
    <w:abstractNumId w:val="10"/>
  </w:num>
  <w:num w:numId="11" w16cid:durableId="15389320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1A0B"/>
    <w:rsid w:val="005C712A"/>
    <w:rsid w:val="00662D44"/>
    <w:rsid w:val="008A2462"/>
    <w:rsid w:val="009E509E"/>
    <w:rsid w:val="00AA1D8D"/>
    <w:rsid w:val="00B47730"/>
    <w:rsid w:val="00BD3FEE"/>
    <w:rsid w:val="00CB0664"/>
    <w:rsid w:val="00D03FF2"/>
    <w:rsid w:val="00DB148E"/>
    <w:rsid w:val="00F956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A0323"/>
  <w14:defaultImageDpi w14:val="300"/>
  <w15:docId w15:val="{9B507A36-36D6-49AC-8C8F-59957FD5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  <w:pPr>
      <w:spacing w:after="120" w:line="300" w:lineRule="auto"/>
    </w:pPr>
    <w:rPr>
      <w:rFonts w:ascii="Calibri" w:hAnsi="Calibri"/>
      <w:color w:val="172033"/>
      <w:sz w:val="21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163A70"/>
      <w:sz w:val="32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F6FE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63A70"/>
      <w:sz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avadensplet">
    <w:name w:val="Normal (Web)"/>
    <w:basedOn w:val="Navaden"/>
    <w:uiPriority w:val="99"/>
    <w:semiHidden/>
    <w:unhideWhenUsed/>
    <w:rsid w:val="00D03FF2"/>
    <w:rPr>
      <w:rFonts w:ascii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D03FF2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03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dgn.koroske@drustvogink.s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Filmski festival gluhih 2026 - odzivna prijava</dc:title>
  <dc:subject>Prijavnica za sodelovanje na Filmskem festivalu gluhih 2026</dc:subject>
  <dc:creator>ZDGNS</dc:creator>
  <cp:keywords>filmski festival gluhih, prijava, DGN Koroške, 2026</cp:keywords>
  <dc:description>generated by python-docx</dc:description>
  <cp:lastModifiedBy>Valerija Škof</cp:lastModifiedBy>
  <cp:revision>3</cp:revision>
  <cp:lastPrinted>2026-09-04T11:24:00Z</cp:lastPrinted>
  <dcterms:created xsi:type="dcterms:W3CDTF">2026-09-07T09:05:00Z</dcterms:created>
  <dcterms:modified xsi:type="dcterms:W3CDTF">2026-09-07T09:05:00Z</dcterms:modified>
  <cp:category/>
</cp:coreProperties>
</file>