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9014"/>
      </w:tblGrid>
      <w:tr w:rsidR="00B545B8" w14:paraId="757AA411" w14:textId="77777777">
        <w:trPr>
          <w:jc w:val="center"/>
        </w:trPr>
        <w:tc>
          <w:tcPr>
            <w:tcW w:w="1191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21064158" w14:textId="77777777" w:rsidR="00B545B8" w:rsidRDefault="00000000">
            <w:r>
              <w:rPr>
                <w:noProof/>
              </w:rPr>
              <w:drawing>
                <wp:inline distT="0" distB="0" distL="0" distR="0" wp14:anchorId="4A87564F" wp14:editId="4506EB2B">
                  <wp:extent cx="486000" cy="4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(5)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4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08059D72" w14:textId="77777777" w:rsidR="00B545B8" w:rsidRDefault="00000000">
            <w:pPr>
              <w:spacing w:after="80"/>
            </w:pPr>
            <w:r>
              <w:rPr>
                <w:b/>
                <w:color w:val="2C647D"/>
                <w:sz w:val="19"/>
              </w:rPr>
              <w:t>ZVEZA DRUŠTEV GLUHIH IN NAGLUŠNIH SLOVENIJE</w:t>
            </w:r>
          </w:p>
          <w:p w14:paraId="5A75D509" w14:textId="77777777" w:rsidR="00B545B8" w:rsidRDefault="00000000">
            <w:r>
              <w:rPr>
                <w:sz w:val="16"/>
              </w:rPr>
              <w:t>Drenikova 24, Ljubljana  •  info@zveza-gns.si  •  01 500 15 00</w:t>
            </w:r>
          </w:p>
        </w:tc>
      </w:tr>
    </w:tbl>
    <w:p w14:paraId="7CF50C4B" w14:textId="77777777" w:rsidR="00B545B8" w:rsidRDefault="00000000">
      <w:pPr>
        <w:spacing w:line="160" w:lineRule="exact"/>
      </w:pPr>
      <w:r>
        <w:rPr>
          <w:sz w:val="16"/>
        </w:rPr>
        <w:t xml:space="preserve"> </w:t>
      </w:r>
    </w:p>
    <w:p w14:paraId="5FE59DA5" w14:textId="77777777" w:rsidR="00B545B8" w:rsidRDefault="00000000">
      <w:pPr>
        <w:pStyle w:val="Naslov"/>
        <w:spacing w:after="60"/>
      </w:pPr>
      <w:r>
        <w:rPr>
          <w:b/>
          <w:sz w:val="38"/>
        </w:rPr>
        <w:t>GLEDALIŠKI FESTIVAL GLUHIH 2026</w:t>
      </w:r>
    </w:p>
    <w:p w14:paraId="06DD9B49" w14:textId="77777777" w:rsidR="00B545B8" w:rsidRDefault="00000000">
      <w:pPr>
        <w:spacing w:after="160"/>
      </w:pPr>
      <w:r>
        <w:rPr>
          <w:b/>
          <w:sz w:val="20"/>
        </w:rPr>
        <w:t>PRIJAVNICA ZA SODELOVANJE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3118"/>
        <w:gridCol w:w="3572"/>
      </w:tblGrid>
      <w:tr w:rsidR="00B545B8" w14:paraId="62E716B8" w14:textId="77777777">
        <w:trPr>
          <w:jc w:val="center"/>
        </w:trPr>
        <w:tc>
          <w:tcPr>
            <w:tcW w:w="3515" w:type="dxa"/>
            <w:shd w:val="clear" w:color="auto" w:fill="E8F0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AF8E9" w14:textId="77777777" w:rsidR="00B545B8" w:rsidRDefault="00000000">
            <w:pPr>
              <w:spacing w:after="60"/>
            </w:pPr>
            <w:r>
              <w:rPr>
                <w:b/>
                <w:sz w:val="14"/>
              </w:rPr>
              <w:t>DATUM IN URA</w:t>
            </w:r>
          </w:p>
          <w:p w14:paraId="1A4C0818" w14:textId="77777777" w:rsidR="00B545B8" w:rsidRDefault="00000000">
            <w:r>
              <w:rPr>
                <w:b/>
                <w:sz w:val="16"/>
              </w:rPr>
              <w:t>sobota, 14. 11. 2026 ob 16.00</w:t>
            </w:r>
          </w:p>
        </w:tc>
        <w:tc>
          <w:tcPr>
            <w:tcW w:w="3118" w:type="dxa"/>
            <w:shd w:val="clear" w:color="auto" w:fill="E8F0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DF4786" w14:textId="77777777" w:rsidR="00B545B8" w:rsidRDefault="00000000">
            <w:pPr>
              <w:spacing w:after="60"/>
            </w:pPr>
            <w:r>
              <w:rPr>
                <w:b/>
                <w:sz w:val="14"/>
              </w:rPr>
              <w:t>KRAJ</w:t>
            </w:r>
          </w:p>
          <w:p w14:paraId="1DC7D279" w14:textId="77777777" w:rsidR="00B545B8" w:rsidRDefault="00000000">
            <w:r>
              <w:rPr>
                <w:b/>
                <w:sz w:val="16"/>
              </w:rPr>
              <w:t>Celjski dom, Celje</w:t>
            </w:r>
          </w:p>
        </w:tc>
        <w:tc>
          <w:tcPr>
            <w:tcW w:w="3572" w:type="dxa"/>
            <w:shd w:val="clear" w:color="auto" w:fill="E8F0F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E229ED" w14:textId="77777777" w:rsidR="00B545B8" w:rsidRDefault="00000000">
            <w:pPr>
              <w:spacing w:after="60"/>
            </w:pPr>
            <w:r>
              <w:rPr>
                <w:b/>
                <w:sz w:val="14"/>
              </w:rPr>
              <w:t>ORGANIZATOR</w:t>
            </w:r>
          </w:p>
          <w:p w14:paraId="206F24E5" w14:textId="77777777" w:rsidR="00B545B8" w:rsidRDefault="00000000">
            <w:r>
              <w:rPr>
                <w:b/>
                <w:sz w:val="16"/>
              </w:rPr>
              <w:t>ZDGNS</w:t>
            </w:r>
          </w:p>
        </w:tc>
      </w:tr>
    </w:tbl>
    <w:p w14:paraId="565F6D28" w14:textId="77777777" w:rsidR="00B545B8" w:rsidRDefault="00000000">
      <w:pPr>
        <w:pBdr>
          <w:bottom w:val="single" w:sz="9" w:space="1" w:color="2C647D"/>
          <w:between w:val="single" w:sz="9" w:space="1" w:color="2C647D"/>
        </w:pBdr>
        <w:spacing w:before="140" w:after="80"/>
      </w:pPr>
      <w:r>
        <w:rPr>
          <w:b/>
          <w:sz w:val="20"/>
        </w:rPr>
        <w:t>PODATKI O PRIJAVITELJU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545B8" w14:paraId="2D2ADCEE" w14:textId="77777777">
        <w:trPr>
          <w:jc w:val="center"/>
        </w:trPr>
        <w:tc>
          <w:tcPr>
            <w:tcW w:w="5102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25EB68FB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Društvo oziroma organizacija</w:t>
            </w:r>
          </w:p>
          <w:p w14:paraId="532729AB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  <w:tc>
          <w:tcPr>
            <w:tcW w:w="5102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20765FB6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Ime gledališke skupine</w:t>
            </w:r>
          </w:p>
          <w:p w14:paraId="784293BE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606A6881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535"/>
        <w:gridCol w:w="2268"/>
      </w:tblGrid>
      <w:tr w:rsidR="00B545B8" w14:paraId="1F15BE17" w14:textId="77777777">
        <w:trPr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6D381918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Kontaktna oseba</w:t>
            </w:r>
          </w:p>
          <w:p w14:paraId="1C278DB4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34740018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E-naslov</w:t>
            </w:r>
          </w:p>
          <w:p w14:paraId="61345A0E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306FB3E9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Telefon</w:t>
            </w:r>
          </w:p>
          <w:p w14:paraId="4855CFE7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202A44C9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p w14:paraId="109D90FD" w14:textId="77777777" w:rsidR="00B545B8" w:rsidRDefault="00000000">
      <w:pPr>
        <w:pBdr>
          <w:bottom w:val="single" w:sz="9" w:space="1" w:color="2C647D"/>
          <w:between w:val="single" w:sz="9" w:space="1" w:color="2C647D"/>
        </w:pBdr>
        <w:spacing w:before="140" w:after="80"/>
      </w:pPr>
      <w:r>
        <w:rPr>
          <w:b/>
          <w:sz w:val="20"/>
        </w:rPr>
        <w:t>PODATKI O NASTOPU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B545B8" w14:paraId="56BCF078" w14:textId="77777777">
        <w:trPr>
          <w:jc w:val="center"/>
        </w:trPr>
        <w:tc>
          <w:tcPr>
            <w:tcW w:w="10205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07CFF5B5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Naslov predstave oziroma točke</w:t>
            </w:r>
          </w:p>
          <w:p w14:paraId="5011D248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2961FD0B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p w14:paraId="2F35537B" w14:textId="77777777" w:rsidR="00B545B8" w:rsidRDefault="00000000">
      <w:pPr>
        <w:spacing w:after="40"/>
      </w:pPr>
      <w:r>
        <w:rPr>
          <w:sz w:val="17"/>
        </w:rPr>
        <w:t>Vrsta nastopa (označite):  ☐ gledališka igra  ☐ lutkovna igra  ☐ pantomima  ☐ ples</w:t>
      </w:r>
    </w:p>
    <w:p w14:paraId="2BD07046" w14:textId="77777777" w:rsidR="00B545B8" w:rsidRDefault="00000000">
      <w:pPr>
        <w:spacing w:after="40"/>
      </w:pPr>
      <w:r>
        <w:rPr>
          <w:sz w:val="17"/>
        </w:rPr>
        <w:t>☐ poezija v SZJ  ☐ pesem v SZJ  ☐ VV (Visual Vernacular)  ☐ drugo: ______________</w:t>
      </w:r>
    </w:p>
    <w:p w14:paraId="766FF80E" w14:textId="77777777" w:rsidR="00B545B8" w:rsidRDefault="00000000">
      <w:pPr>
        <w:spacing w:after="40"/>
      </w:pPr>
      <w:r>
        <w:rPr>
          <w:sz w:val="17"/>
        </w:rPr>
        <w:t>Najdaljše trajanje: skupinski nastop do 15 minut; solo nastop ali dvojica do 5 minut.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3402"/>
      </w:tblGrid>
      <w:tr w:rsidR="00B545B8" w14:paraId="58849E14" w14:textId="77777777">
        <w:trPr>
          <w:jc w:val="center"/>
        </w:trPr>
        <w:tc>
          <w:tcPr>
            <w:tcW w:w="6803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408C2DFE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Avtor oziroma režiser</w:t>
            </w:r>
          </w:p>
          <w:p w14:paraId="5CCD3B52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48698EA8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Trajanje nastopa v minutah</w:t>
            </w:r>
          </w:p>
          <w:p w14:paraId="1492A304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72B145FF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B545B8" w14:paraId="03A42187" w14:textId="77777777">
        <w:trPr>
          <w:jc w:val="center"/>
        </w:trPr>
        <w:tc>
          <w:tcPr>
            <w:tcW w:w="10205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15D73496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Nastopajoči in drugi sodelavci</w:t>
            </w:r>
          </w:p>
          <w:p w14:paraId="7C091629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4AA6EA9F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p w14:paraId="0083A08B" w14:textId="77777777" w:rsidR="00B545B8" w:rsidRDefault="00000000">
      <w:pPr>
        <w:spacing w:after="40"/>
      </w:pPr>
      <w:r>
        <w:rPr>
          <w:sz w:val="17"/>
        </w:rPr>
        <w:t>Jezik nastopa:  ☐ SZJ  ☐ brez besed  ☐ drugo: ____________________________</w:t>
      </w:r>
    </w:p>
    <w:p w14:paraId="54B2B29C" w14:textId="77777777" w:rsidR="00B545B8" w:rsidRDefault="00000000">
      <w:pPr>
        <w:spacing w:after="40"/>
      </w:pPr>
      <w:r>
        <w:rPr>
          <w:sz w:val="17"/>
        </w:rPr>
        <w:t>Tolmačenje v govor:  ☐ prosimo organizatorja  ☐ zagotovimo sami  ☐ ni potrebno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B545B8" w14:paraId="7FAF5E42" w14:textId="77777777">
        <w:trPr>
          <w:jc w:val="center"/>
        </w:trPr>
        <w:tc>
          <w:tcPr>
            <w:tcW w:w="10205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667AFAC4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Kratka vsebina predstave oziroma točke</w:t>
            </w:r>
          </w:p>
          <w:p w14:paraId="16F30C52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  <w:p w14:paraId="052C5479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  <w:p w14:paraId="10B15FA8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05C00CF5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p w14:paraId="33BDB399" w14:textId="77777777" w:rsidR="00B545B8" w:rsidRDefault="00000000">
      <w:pPr>
        <w:pBdr>
          <w:bottom w:val="single" w:sz="9" w:space="1" w:color="2C647D"/>
          <w:between w:val="single" w:sz="9" w:space="1" w:color="2C647D"/>
        </w:pBdr>
        <w:spacing w:before="140" w:after="80"/>
      </w:pPr>
      <w:r>
        <w:rPr>
          <w:b/>
          <w:sz w:val="20"/>
        </w:rPr>
        <w:t>TEHNIČNE POTREBE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B545B8" w14:paraId="47AAD521" w14:textId="77777777">
        <w:trPr>
          <w:jc w:val="center"/>
        </w:trPr>
        <w:tc>
          <w:tcPr>
            <w:tcW w:w="10205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0F9FCEF3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Potrebna odrska oprema, rekviziti, osvetlitev, glasba ali projekcija</w:t>
            </w:r>
          </w:p>
          <w:p w14:paraId="00D2F601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  <w:p w14:paraId="383440E8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7FBF37EA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B545B8" w14:paraId="341373E8" w14:textId="77777777">
        <w:trPr>
          <w:jc w:val="center"/>
        </w:trPr>
        <w:tc>
          <w:tcPr>
            <w:tcW w:w="5102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65D0FF8C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Čas za postavitev v minutah</w:t>
            </w:r>
          </w:p>
          <w:p w14:paraId="1DE87B4C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  <w:tc>
          <w:tcPr>
            <w:tcW w:w="5102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7ACED97D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Čas za pospravljanje v minutah</w:t>
            </w:r>
          </w:p>
          <w:p w14:paraId="6C7A8A2B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69524E7D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p w14:paraId="159A0EFE" w14:textId="77777777" w:rsidR="00B545B8" w:rsidRDefault="00000000">
      <w:pPr>
        <w:pBdr>
          <w:bottom w:val="single" w:sz="9" w:space="1" w:color="2C647D"/>
          <w:between w:val="single" w:sz="9" w:space="1" w:color="2C647D"/>
        </w:pBdr>
        <w:spacing w:before="140" w:after="80"/>
      </w:pPr>
      <w:r>
        <w:rPr>
          <w:b/>
          <w:sz w:val="20"/>
        </w:rPr>
        <w:t>PREDSTAVITEV SKUPINE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B545B8" w14:paraId="125568F6" w14:textId="77777777">
        <w:trPr>
          <w:jc w:val="center"/>
        </w:trPr>
        <w:tc>
          <w:tcPr>
            <w:tcW w:w="10205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523DEA3C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Kratka predstavitev skupine (od kdaj deluje, število članov, dosežki)</w:t>
            </w:r>
          </w:p>
          <w:p w14:paraId="2C4FCFF9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  <w:p w14:paraId="0CEA4493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71A869A0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p w14:paraId="64E90B2B" w14:textId="77777777" w:rsidR="00B545B8" w:rsidRDefault="00000000">
      <w:pPr>
        <w:pBdr>
          <w:bottom w:val="single" w:sz="9" w:space="1" w:color="2C647D"/>
          <w:between w:val="single" w:sz="9" w:space="1" w:color="2C647D"/>
        </w:pBdr>
        <w:spacing w:before="140" w:after="80"/>
      </w:pPr>
      <w:r>
        <w:rPr>
          <w:b/>
          <w:sz w:val="20"/>
        </w:rPr>
        <w:t>POTRDITEV PRIJAVE</w:t>
      </w:r>
    </w:p>
    <w:p w14:paraId="5B5E6E20" w14:textId="77777777" w:rsidR="00B545B8" w:rsidRDefault="00000000">
      <w:pPr>
        <w:spacing w:after="100"/>
      </w:pPr>
      <w:r>
        <w:t>Potrjujemo prijavo navedenega nastopa na Gledališki festival gluhih 2026.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5669"/>
      </w:tblGrid>
      <w:tr w:rsidR="00B545B8" w14:paraId="62ADF3B6" w14:textId="77777777">
        <w:trPr>
          <w:jc w:val="center"/>
        </w:trPr>
        <w:tc>
          <w:tcPr>
            <w:tcW w:w="4535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50B3A4FB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Kraj in datum</w:t>
            </w:r>
          </w:p>
          <w:p w14:paraId="16CD057B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  <w:tc>
          <w:tcPr>
            <w:tcW w:w="5669" w:type="dxa"/>
            <w:tcMar>
              <w:top w:w="0" w:type="dxa"/>
              <w:left w:w="0" w:type="dxa"/>
              <w:bottom w:w="0" w:type="dxa"/>
              <w:right w:w="110" w:type="dxa"/>
            </w:tcMar>
            <w:vAlign w:val="center"/>
          </w:tcPr>
          <w:p w14:paraId="5258006C" w14:textId="77777777" w:rsidR="00B545B8" w:rsidRDefault="00000000">
            <w:pPr>
              <w:spacing w:after="20"/>
            </w:pPr>
            <w:r>
              <w:rPr>
                <w:b/>
                <w:sz w:val="17"/>
              </w:rPr>
              <w:t>Podpis odgovorne osebe in žig društva</w:t>
            </w:r>
          </w:p>
          <w:p w14:paraId="151506AE" w14:textId="77777777" w:rsidR="00B545B8" w:rsidRDefault="00000000">
            <w:pPr>
              <w:pBdr>
                <w:bottom w:val="single" w:sz="4" w:space="1" w:color="9CACB5"/>
                <w:between w:val="single" w:sz="4" w:space="1" w:color="9CACB5"/>
              </w:pBdr>
              <w:spacing w:line="340" w:lineRule="exact"/>
            </w:pPr>
            <w:r>
              <w:t xml:space="preserve"> </w:t>
            </w:r>
          </w:p>
        </w:tc>
      </w:tr>
    </w:tbl>
    <w:p w14:paraId="466B774A" w14:textId="77777777" w:rsidR="00B545B8" w:rsidRDefault="00000000">
      <w:pPr>
        <w:spacing w:line="40" w:lineRule="exact"/>
      </w:pPr>
      <w:r>
        <w:rPr>
          <w:sz w:val="4"/>
        </w:rPr>
        <w:t xml:space="preserve"> </w:t>
      </w:r>
    </w:p>
    <w:p w14:paraId="23CC3A7C" w14:textId="77777777" w:rsidR="00B545B8" w:rsidRDefault="00000000">
      <w:pPr>
        <w:spacing w:line="60" w:lineRule="exact"/>
      </w:pPr>
      <w:r>
        <w:rPr>
          <w:sz w:val="6"/>
        </w:rPr>
        <w:t xml:space="preserve"> </w:t>
      </w:r>
    </w:p>
    <w:p w14:paraId="6CEC7066" w14:textId="77777777" w:rsidR="00B545B8" w:rsidRDefault="00000000">
      <w:pPr>
        <w:spacing w:after="80"/>
        <w:jc w:val="center"/>
      </w:pPr>
      <w:r>
        <w:rPr>
          <w:b/>
        </w:rPr>
        <w:t>Izpolnjeno prijavnico pošljite na lada.oresnik@zveza-gns.si.</w:t>
      </w:r>
    </w:p>
    <w:p w14:paraId="45A0F297" w14:textId="77777777" w:rsidR="00B545B8" w:rsidRDefault="00000000">
      <w:pPr>
        <w:jc w:val="center"/>
      </w:pPr>
      <w:r>
        <w:rPr>
          <w:b/>
        </w:rPr>
        <w:t>Rok za prijavo: 30. 10. 2026</w:t>
      </w:r>
    </w:p>
    <w:sectPr w:rsidR="00B545B8" w:rsidSect="00034616">
      <w:pgSz w:w="11906" w:h="16838"/>
      <w:pgMar w:top="709" w:right="850" w:bottom="652" w:left="85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6569613">
    <w:abstractNumId w:val="8"/>
  </w:num>
  <w:num w:numId="2" w16cid:durableId="1793595954">
    <w:abstractNumId w:val="6"/>
  </w:num>
  <w:num w:numId="3" w16cid:durableId="2123988179">
    <w:abstractNumId w:val="5"/>
  </w:num>
  <w:num w:numId="4" w16cid:durableId="2112044745">
    <w:abstractNumId w:val="4"/>
  </w:num>
  <w:num w:numId="5" w16cid:durableId="1550067288">
    <w:abstractNumId w:val="7"/>
  </w:num>
  <w:num w:numId="6" w16cid:durableId="1460297433">
    <w:abstractNumId w:val="3"/>
  </w:num>
  <w:num w:numId="7" w16cid:durableId="1170756591">
    <w:abstractNumId w:val="2"/>
  </w:num>
  <w:num w:numId="8" w16cid:durableId="897205164">
    <w:abstractNumId w:val="1"/>
  </w:num>
  <w:num w:numId="9" w16cid:durableId="650259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2326E"/>
    <w:rsid w:val="00AA1D8D"/>
    <w:rsid w:val="00B47730"/>
    <w:rsid w:val="00B545B8"/>
    <w:rsid w:val="00BB055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A316AA"/>
  <w14:defaultImageDpi w14:val="300"/>
  <w15:docId w15:val="{570C7ACB-1CA2-46C1-B5A2-52B18ED0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0" w:line="240" w:lineRule="auto"/>
    </w:pPr>
    <w:rPr>
      <w:rFonts w:ascii="DejaVu Sans" w:hAnsi="DejaVu Sans"/>
      <w:color w:val="000000"/>
      <w:sz w:val="18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Gledališki festival gluhih 2026</dc:title>
  <dc:subject/>
  <dc:creator>ZDGNS</dc:creator>
  <cp:keywords/>
  <dc:description>generated by python-docx</dc:description>
  <cp:lastModifiedBy>Lada Orešnik</cp:lastModifiedBy>
  <cp:revision>2</cp:revision>
  <dcterms:created xsi:type="dcterms:W3CDTF">2026-10-05T07:56:00Z</dcterms:created>
  <dcterms:modified xsi:type="dcterms:W3CDTF">2026-10-05T07:56:00Z</dcterms:modified>
  <cp:category/>
</cp:coreProperties>
</file>